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B9C" w:rsidRPr="00623B9C" w:rsidRDefault="00623B9C" w:rsidP="00623B9C">
      <w:pPr>
        <w:ind w:firstLine="0"/>
        <w:jc w:val="center"/>
        <w:rPr>
          <w:sz w:val="30"/>
        </w:rPr>
      </w:pPr>
    </w:p>
    <w:p w:rsidR="00623B9C" w:rsidRPr="00623B9C" w:rsidRDefault="00623B9C" w:rsidP="00623B9C">
      <w:pPr>
        <w:ind w:firstLine="0"/>
        <w:jc w:val="center"/>
        <w:rPr>
          <w:b/>
          <w:sz w:val="30"/>
        </w:rPr>
      </w:pPr>
      <w:r>
        <w:rPr>
          <w:b/>
          <w:sz w:val="30"/>
        </w:rPr>
        <w:t>PLANTILLA PARA ARTÍCULOS DE INVESTIGACIÓN</w:t>
      </w:r>
    </w:p>
    <w:p w:rsidR="00623B9C" w:rsidRDefault="00623B9C" w:rsidP="00623B9C">
      <w:pPr>
        <w:ind w:firstLine="0"/>
        <w:jc w:val="center"/>
      </w:pPr>
      <w:proofErr w:type="spellStart"/>
      <w:r>
        <w:rPr>
          <w:i/>
        </w:rPr>
        <w:t>Número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temático</w:t>
      </w:r>
      <w:proofErr w:type="spellEnd"/>
      <w:r>
        <w:rPr>
          <w:i/>
        </w:rPr>
        <w:t xml:space="preserve">: La ciudad del </w:t>
      </w:r>
      <w:proofErr w:type="spellStart"/>
      <w:r>
        <w:rPr>
          <w:i/>
        </w:rPr>
        <w:t>futuro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revisitando</w:t>
      </w:r>
      <w:proofErr w:type="spellEnd"/>
      <w:r>
        <w:rPr>
          <w:i/>
        </w:rPr>
        <w:t xml:space="preserve"> los </w:t>
      </w:r>
      <w:proofErr w:type="spellStart"/>
      <w:r>
        <w:rPr>
          <w:i/>
        </w:rPr>
        <w:t>procesos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planeación</w:t>
      </w:r>
      <w:proofErr w:type="spellEnd"/>
      <w:r>
        <w:rPr>
          <w:i/>
        </w:rPr>
        <w:t xml:space="preserve">, las </w:t>
      </w:r>
      <w:proofErr w:type="spellStart"/>
      <w:r>
        <w:rPr>
          <w:i/>
        </w:rPr>
        <w:t>condiciones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habitabilidad</w:t>
      </w:r>
      <w:proofErr w:type="spellEnd"/>
      <w:r>
        <w:rPr>
          <w:i/>
        </w:rPr>
        <w:t xml:space="preserve"> y la </w:t>
      </w:r>
      <w:proofErr w:type="spellStart"/>
      <w:r>
        <w:rPr>
          <w:i/>
        </w:rPr>
        <w:t>sostenibilidad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ambiental</w:t>
      </w:r>
      <w:proofErr w:type="spellEnd"/>
    </w:p>
    <w:p w:rsidR="0045337D" w:rsidRDefault="0045337D"/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INSTRUCCIONES DE USO</w:t>
      </w:r>
    </w:p>
    <w:p w:rsidR="0045337D" w:rsidRDefault="001819BC">
      <w:pPr>
        <w:ind w:left="283" w:firstLine="0"/>
      </w:pPr>
      <w:r>
        <w:t>• Escriba directamente sobre esta plantilla y conserve los estilos establecidos.</w:t>
      </w:r>
    </w:p>
    <w:p w:rsidR="0045337D" w:rsidRDefault="001819BC">
      <w:pPr>
        <w:ind w:left="283" w:firstLine="0"/>
      </w:pPr>
      <w:r>
        <w:t>• No modifique los márgenes, encabezados, pies de página, tamaños de letra o jerarquías de títulos.</w:t>
      </w:r>
    </w:p>
    <w:p w:rsidR="0045337D" w:rsidRDefault="001819BC">
      <w:pPr>
        <w:ind w:left="283" w:firstLine="0"/>
      </w:pPr>
      <w:r>
        <w:t>• Utilice los estilos “Título”, “Heading 1”, “Heading 2” y “Heading 3” para mantener una jerarquía editorial consistente.</w:t>
      </w:r>
    </w:p>
    <w:p w:rsidR="0045337D" w:rsidRDefault="001819BC">
      <w:pPr>
        <w:ind w:left="283" w:firstLine="0"/>
      </w:pPr>
      <w:r>
        <w:t>• El texto principal utiliza Times New Roman de 11 puntos, interlineado 1.15 y sangría de primera línea de 0.5 cm.</w:t>
      </w:r>
    </w:p>
    <w:p w:rsidR="0045337D" w:rsidRDefault="001819BC">
      <w:pPr>
        <w:ind w:left="283" w:firstLine="0"/>
      </w:pPr>
      <w:r>
        <w:t>• Las notas, leyendas de figuras y tablas utilizan 9–10 puntos e interlineado sencillo.</w:t>
      </w:r>
    </w:p>
    <w:p w:rsidR="0045337D" w:rsidRDefault="001819BC">
      <w:pPr>
        <w:ind w:left="283" w:firstLine="0"/>
      </w:pPr>
      <w:r>
        <w:t>• Extensión orientativa: 6,000–8,000 palabras, incluyendo notas y referencias.</w:t>
      </w:r>
    </w:p>
    <w:p w:rsidR="0045337D" w:rsidRDefault="001819BC">
      <w:pPr>
        <w:ind w:left="283" w:firstLine="0"/>
      </w:pPr>
      <w:r>
        <w:t>• Las indicaciones entre corchetes deben sustituirse por la información del autor y eliminarse antes del envío.</w:t>
      </w:r>
    </w:p>
    <w:p w:rsidR="0045337D" w:rsidRDefault="001819BC">
      <w:r>
        <w:br w:type="page"/>
      </w:r>
    </w:p>
    <w:p w:rsidR="00A66F42" w:rsidRPr="00A66F42" w:rsidRDefault="00A66F42" w:rsidP="00A66F42">
      <w:pPr>
        <w:ind w:firstLine="0"/>
        <w:jc w:val="right"/>
        <w:rPr>
          <w:sz w:val="21"/>
          <w:szCs w:val="21"/>
        </w:rPr>
      </w:pPr>
      <w:proofErr w:type="spellStart"/>
      <w:r w:rsidRPr="00A66F42">
        <w:rPr>
          <w:sz w:val="21"/>
          <w:szCs w:val="21"/>
        </w:rPr>
        <w:lastRenderedPageBreak/>
        <w:t>Fecha</w:t>
      </w:r>
      <w:proofErr w:type="spellEnd"/>
      <w:r w:rsidRPr="00A66F42">
        <w:rPr>
          <w:sz w:val="21"/>
          <w:szCs w:val="21"/>
        </w:rPr>
        <w:t xml:space="preserve"> de </w:t>
      </w:r>
      <w:proofErr w:type="spellStart"/>
      <w:r w:rsidRPr="00A66F42">
        <w:rPr>
          <w:sz w:val="21"/>
          <w:szCs w:val="21"/>
        </w:rPr>
        <w:t>recepción</w:t>
      </w:r>
      <w:proofErr w:type="spellEnd"/>
      <w:r w:rsidRPr="00A66F42">
        <w:rPr>
          <w:sz w:val="21"/>
          <w:szCs w:val="21"/>
        </w:rPr>
        <w:t>: (</w:t>
      </w:r>
      <w:proofErr w:type="spellStart"/>
      <w:r w:rsidRPr="00A66F42">
        <w:rPr>
          <w:sz w:val="21"/>
          <w:szCs w:val="21"/>
        </w:rPr>
        <w:t>mes</w:t>
      </w:r>
      <w:proofErr w:type="spellEnd"/>
      <w:r w:rsidRPr="00A66F42">
        <w:rPr>
          <w:sz w:val="21"/>
          <w:szCs w:val="21"/>
        </w:rPr>
        <w:t xml:space="preserve"> y </w:t>
      </w:r>
      <w:proofErr w:type="spellStart"/>
      <w:r w:rsidRPr="00A66F42">
        <w:rPr>
          <w:sz w:val="21"/>
          <w:szCs w:val="21"/>
        </w:rPr>
        <w:t>año</w:t>
      </w:r>
      <w:proofErr w:type="spellEnd"/>
      <w:r w:rsidRPr="00A66F42">
        <w:rPr>
          <w:sz w:val="21"/>
          <w:szCs w:val="21"/>
        </w:rPr>
        <w:t>)</w:t>
      </w:r>
    </w:p>
    <w:p w:rsidR="00A66F42" w:rsidRPr="00A66F42" w:rsidRDefault="00A66F42" w:rsidP="00A66F42">
      <w:pPr>
        <w:ind w:firstLine="0"/>
        <w:jc w:val="right"/>
        <w:rPr>
          <w:sz w:val="21"/>
          <w:szCs w:val="21"/>
        </w:rPr>
      </w:pPr>
      <w:proofErr w:type="spellStart"/>
      <w:r w:rsidRPr="00A66F42">
        <w:rPr>
          <w:sz w:val="21"/>
          <w:szCs w:val="21"/>
        </w:rPr>
        <w:t>Fecha</w:t>
      </w:r>
      <w:proofErr w:type="spellEnd"/>
      <w:r w:rsidRPr="00A66F42">
        <w:rPr>
          <w:sz w:val="21"/>
          <w:szCs w:val="21"/>
        </w:rPr>
        <w:t xml:space="preserve"> de </w:t>
      </w:r>
      <w:proofErr w:type="spellStart"/>
      <w:r w:rsidRPr="00A66F42">
        <w:rPr>
          <w:sz w:val="21"/>
          <w:szCs w:val="21"/>
        </w:rPr>
        <w:t>aprobación</w:t>
      </w:r>
      <w:proofErr w:type="spellEnd"/>
      <w:r w:rsidRPr="00A66F42">
        <w:rPr>
          <w:sz w:val="21"/>
          <w:szCs w:val="21"/>
        </w:rPr>
        <w:t>: (</w:t>
      </w:r>
      <w:proofErr w:type="spellStart"/>
      <w:r w:rsidRPr="00A66F42">
        <w:rPr>
          <w:sz w:val="21"/>
          <w:szCs w:val="21"/>
        </w:rPr>
        <w:t>mes</w:t>
      </w:r>
      <w:proofErr w:type="spellEnd"/>
      <w:r w:rsidRPr="00A66F42">
        <w:rPr>
          <w:sz w:val="21"/>
          <w:szCs w:val="21"/>
        </w:rPr>
        <w:t xml:space="preserve"> y </w:t>
      </w:r>
      <w:proofErr w:type="spellStart"/>
      <w:r w:rsidRPr="00A66F42">
        <w:rPr>
          <w:sz w:val="21"/>
          <w:szCs w:val="21"/>
        </w:rPr>
        <w:t>año</w:t>
      </w:r>
      <w:proofErr w:type="spellEnd"/>
      <w:r w:rsidRPr="00A66F42">
        <w:rPr>
          <w:sz w:val="21"/>
          <w:szCs w:val="21"/>
        </w:rPr>
        <w:t>)</w:t>
      </w:r>
    </w:p>
    <w:p w:rsidR="00A66F42" w:rsidRDefault="00A66F42">
      <w:pPr>
        <w:pStyle w:val="Ttulo"/>
        <w:jc w:val="center"/>
        <w:rPr>
          <w:rFonts w:ascii="Times New Roman" w:hAnsi="Times New Roman"/>
          <w:b w:val="0"/>
        </w:rPr>
      </w:pPr>
    </w:p>
    <w:p w:rsidR="0045337D" w:rsidRDefault="001819BC" w:rsidP="00A66F42">
      <w:pPr>
        <w:pStyle w:val="Ttulo"/>
        <w:jc w:val="right"/>
      </w:pPr>
      <w:r>
        <w:rPr>
          <w:rFonts w:ascii="Times New Roman" w:hAnsi="Times New Roman"/>
          <w:b w:val="0"/>
        </w:rPr>
        <w:t>[TÍTULO DEL ARTÍCULO EN ESPAÑOL]</w:t>
      </w:r>
    </w:p>
    <w:p w:rsidR="0045337D" w:rsidRDefault="001819BC" w:rsidP="00A66F42">
      <w:pPr>
        <w:spacing w:after="240"/>
        <w:ind w:firstLine="0"/>
        <w:jc w:val="right"/>
      </w:pPr>
      <w:r>
        <w:rPr>
          <w:i/>
          <w:sz w:val="24"/>
        </w:rPr>
        <w:t>[Título en inglés]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78"/>
      </w:tblGrid>
      <w:tr w:rsidR="0045337D">
        <w:trPr>
          <w:jc w:val="center"/>
        </w:trPr>
        <w:tc>
          <w:tcPr>
            <w:tcW w:w="9178" w:type="dxa"/>
            <w:vAlign w:val="center"/>
          </w:tcPr>
          <w:p w:rsidR="0045337D" w:rsidRDefault="001819BC" w:rsidP="00A66F42">
            <w:pPr>
              <w:ind w:firstLine="0"/>
              <w:jc w:val="right"/>
            </w:pPr>
            <w:r>
              <w:rPr>
                <w:b/>
                <w:sz w:val="21"/>
              </w:rPr>
              <w:t>[Nombre completo del Autor 1]</w:t>
            </w:r>
            <w:r>
              <w:rPr>
                <w:b/>
                <w:sz w:val="21"/>
              </w:rPr>
              <w:br/>
            </w:r>
            <w:r>
              <w:rPr>
                <w:sz w:val="20"/>
              </w:rPr>
              <w:t>[Institución de adscripción] | [Programa académico]</w:t>
            </w:r>
            <w:r>
              <w:rPr>
                <w:sz w:val="20"/>
              </w:rPr>
              <w:br/>
              <w:t>ORCID: [0000-0000-0000-0000] | Correo: [correo]</w:t>
            </w:r>
            <w:r>
              <w:rPr>
                <w:sz w:val="20"/>
              </w:rPr>
              <w:br/>
              <w:t>[País]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b/>
                <w:sz w:val="21"/>
              </w:rPr>
              <w:t>[Nombre completo del Autor 2, si corresponde]</w:t>
            </w:r>
            <w:r>
              <w:rPr>
                <w:b/>
                <w:sz w:val="21"/>
              </w:rPr>
              <w:br/>
            </w:r>
            <w:r>
              <w:rPr>
                <w:sz w:val="20"/>
              </w:rPr>
              <w:t>[Institución] | ORCID: [0000-0000-0000-0000] | Correo: [correo]</w:t>
            </w:r>
            <w:r>
              <w:rPr>
                <w:sz w:val="20"/>
              </w:rPr>
              <w:br/>
              <w:t>[País]</w:t>
            </w:r>
          </w:p>
        </w:tc>
      </w:tr>
    </w:tbl>
    <w:p w:rsidR="0045337D" w:rsidRDefault="0045337D"/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Resumen</w:t>
      </w:r>
    </w:p>
    <w:p w:rsidR="0045337D" w:rsidRDefault="001819BC">
      <w:pPr>
        <w:pStyle w:val="Resumen"/>
      </w:pPr>
      <w:r>
        <w:t>[Escriba aquí un resumen de 200–250 palabras que incluya problema, objetivo, metodología, principales resultados y aportación.]</w:t>
      </w:r>
    </w:p>
    <w:p w:rsidR="00A66F42" w:rsidRDefault="00A66F42">
      <w:pPr>
        <w:pStyle w:val="Resumen"/>
      </w:pPr>
    </w:p>
    <w:p w:rsidR="0045337D" w:rsidRDefault="001819BC">
      <w:pPr>
        <w:pStyle w:val="Resumen"/>
      </w:pPr>
      <w:r>
        <w:t>Palabras clave: [palabra clave 1]; [palabra clave 2]; [palabra clave 3]; [palabra clave 4]; [palabra clave 5].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Abstract</w:t>
      </w:r>
    </w:p>
    <w:p w:rsidR="0045337D" w:rsidRDefault="001819BC">
      <w:pPr>
        <w:pStyle w:val="Resumen"/>
      </w:pPr>
      <w:r>
        <w:t>[Write the English version of the abstract, approximately 200–250 words.]</w:t>
      </w:r>
    </w:p>
    <w:p w:rsidR="00A66F42" w:rsidRDefault="00A66F42">
      <w:pPr>
        <w:pStyle w:val="Resumen"/>
      </w:pPr>
    </w:p>
    <w:p w:rsidR="0045337D" w:rsidRDefault="001819BC">
      <w:pPr>
        <w:pStyle w:val="Resumen"/>
      </w:pPr>
      <w:r>
        <w:t>Keywords: [keyword 1]; [keyword 2]; [keyword 3]; [keyword 4]; [keyword 5].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1. Introducción</w:t>
      </w:r>
    </w:p>
    <w:p w:rsidR="0045337D" w:rsidRDefault="001819BC">
      <w:r>
        <w:t>[Plantee el problema, relevancia, pregunta de investigación, objetivo y, cuando corresponda, hipótesis o supuesto.]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2. Estado del arte y revisión de literatura</w:t>
      </w:r>
    </w:p>
    <w:p w:rsidR="0045337D" w:rsidRDefault="001819BC">
      <w:r>
        <w:t>Desarrolle aquí los antecedentes y el debate académico relacionado con el problema de investigación.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3. Marco</w:t>
      </w:r>
      <w:bookmarkStart w:id="0" w:name="_GoBack"/>
      <w:bookmarkEnd w:id="0"/>
      <w:r>
        <w:rPr>
          <w:rFonts w:ascii="Times New Roman" w:hAnsi="Times New Roman"/>
          <w:b w:val="0"/>
        </w:rPr>
        <w:t xml:space="preserve"> teórico</w:t>
      </w:r>
    </w:p>
    <w:p w:rsidR="0045337D" w:rsidRDefault="001819BC">
      <w:r>
        <w:t>Desarrolle aquí los conceptos y enfoques que sustentan la investigación.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lastRenderedPageBreak/>
        <w:t>4. Metodología</w:t>
      </w:r>
    </w:p>
    <w:p w:rsidR="0045337D" w:rsidRDefault="001819BC">
      <w:r>
        <w:t>Describa el enfoque, caso de estudio, fuentes, técnicas, instrumentos y procedimiento de análisis.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5. Resultados</w:t>
      </w:r>
    </w:p>
    <w:p w:rsidR="0045337D" w:rsidRDefault="001819BC">
      <w:r>
        <w:t>Presente aquí los principales resultados de la investigación.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6. Discusión</w:t>
      </w:r>
    </w:p>
    <w:p w:rsidR="0045337D" w:rsidRDefault="001819BC">
      <w:r>
        <w:t>Interprete los resultados y relaciónelos con la literatura y el marco conceptual.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7. Implicaciones para la planeación urbana y territorial</w:t>
      </w:r>
    </w:p>
    <w:p w:rsidR="0045337D" w:rsidRDefault="001819BC">
      <w:r>
        <w:t>Explique la contribución del trabajo para la planeación, habitabilidad y/o sostenibilidad urbana.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8. Conclusiones</w:t>
      </w:r>
    </w:p>
    <w:p w:rsidR="0045337D" w:rsidRDefault="001819BC">
      <w:r>
        <w:t>Responda a la pregunta de investigación, sintetice las aportaciones y señale futuras líneas de investigación.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9. Limitaciones de la investigación</w:t>
      </w:r>
    </w:p>
    <w:p w:rsidR="0045337D" w:rsidRDefault="001819BC">
      <w:r>
        <w:t>Indique las principales limitaciones metodológicas, de información, escala o temporalidad.</w:t>
      </w:r>
    </w:p>
    <w:p w:rsidR="0045337D" w:rsidRDefault="001819BC">
      <w:pPr>
        <w:pStyle w:val="Ttulo2"/>
      </w:pPr>
      <w:r>
        <w:rPr>
          <w:rFonts w:ascii="Times New Roman" w:hAnsi="Times New Roman"/>
          <w:b w:val="0"/>
        </w:rPr>
        <w:t>2.1. Antecedentes de investigación</w:t>
      </w:r>
    </w:p>
    <w:p w:rsidR="0045337D" w:rsidRDefault="001819BC">
      <w:r>
        <w:t>[Utilice este nivel para desarrollar subapartados dentro de una sección principal.]</w:t>
      </w:r>
    </w:p>
    <w:p w:rsidR="0045337D" w:rsidRDefault="001819BC">
      <w:pPr>
        <w:pStyle w:val="Ttulo3"/>
      </w:pPr>
      <w:r>
        <w:rPr>
          <w:rFonts w:ascii="Times New Roman" w:hAnsi="Times New Roman"/>
          <w:b w:val="0"/>
        </w:rPr>
        <w:t>2.1.1. Debates contemporáneos</w:t>
      </w:r>
    </w:p>
    <w:p w:rsidR="0045337D" w:rsidRDefault="001819BC">
      <w:r>
        <w:t>[Utilice este nivel únicamente cuando sea necesario subdividir una sección.]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10. Figuras, mapas y material gráfico</w:t>
      </w:r>
    </w:p>
    <w:p w:rsidR="0045337D" w:rsidRDefault="001819BC">
      <w:pPr>
        <w:spacing w:before="240" w:after="240"/>
        <w:ind w:firstLine="0"/>
        <w:jc w:val="center"/>
      </w:pPr>
      <w:r>
        <w:rPr>
          <w:b/>
          <w:sz w:val="20"/>
        </w:rPr>
        <w:t>[INSERTAR FIGURA / MAPA / GRÁFICA AQUÍ]</w:t>
      </w:r>
    </w:p>
    <w:p w:rsidR="0045337D" w:rsidRDefault="001819BC">
      <w:pPr>
        <w:pStyle w:val="Leyenda"/>
        <w:jc w:val="center"/>
      </w:pPr>
      <w:r>
        <w:t>Figura 1. [Título descriptivo de la figura o mapa].</w:t>
      </w:r>
    </w:p>
    <w:p w:rsidR="0045337D" w:rsidRDefault="001819BC">
      <w:pPr>
        <w:pStyle w:val="Leyenda"/>
        <w:jc w:val="center"/>
      </w:pPr>
      <w:r>
        <w:t>Fuente: [Elaboración propia / institución / autor, año].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11. Tablas</w:t>
      </w:r>
    </w:p>
    <w:p w:rsidR="0045337D" w:rsidRDefault="001819BC">
      <w:pPr>
        <w:pStyle w:val="Leyenda"/>
        <w:jc w:val="center"/>
      </w:pPr>
      <w:r>
        <w:t>Tabla 1. [Título de la tabla]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94"/>
        <w:gridCol w:w="2294"/>
        <w:gridCol w:w="2294"/>
        <w:gridCol w:w="2294"/>
      </w:tblGrid>
      <w:tr w:rsidR="0045337D">
        <w:trPr>
          <w:jc w:val="center"/>
        </w:trPr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Variable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Indicador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Resultado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Fuente</w:t>
            </w:r>
          </w:p>
        </w:tc>
      </w:tr>
      <w:tr w:rsidR="0045337D">
        <w:trPr>
          <w:jc w:val="center"/>
        </w:trPr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[Variable]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[Indicador]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[Dato]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[Fuente]</w:t>
            </w:r>
          </w:p>
        </w:tc>
      </w:tr>
      <w:tr w:rsidR="0045337D">
        <w:trPr>
          <w:jc w:val="center"/>
        </w:trPr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[Variable]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[Indicador]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[Dato]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[Fuente]</w:t>
            </w:r>
          </w:p>
        </w:tc>
      </w:tr>
      <w:tr w:rsidR="0045337D">
        <w:trPr>
          <w:jc w:val="center"/>
        </w:trPr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[Variable]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[Indicador]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[Dato]</w:t>
            </w:r>
          </w:p>
        </w:tc>
        <w:tc>
          <w:tcPr>
            <w:tcW w:w="2294" w:type="dxa"/>
          </w:tcPr>
          <w:p w:rsidR="0045337D" w:rsidRDefault="001819BC">
            <w:pPr>
              <w:spacing w:line="240" w:lineRule="auto"/>
              <w:ind w:firstLine="0"/>
            </w:pPr>
            <w:r>
              <w:rPr>
                <w:sz w:val="18"/>
              </w:rPr>
              <w:t>[Fuente]</w:t>
            </w:r>
          </w:p>
        </w:tc>
      </w:tr>
    </w:tbl>
    <w:p w:rsidR="0045337D" w:rsidRDefault="001819BC">
      <w:pPr>
        <w:pStyle w:val="Leyenda"/>
        <w:jc w:val="center"/>
      </w:pPr>
      <w:r>
        <w:t>Fuente: [Elaboración propia con base en...].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lastRenderedPageBreak/>
        <w:t>12. Disponibilidad de datos</w:t>
      </w:r>
    </w:p>
    <w:p w:rsidR="0045337D" w:rsidRDefault="001819BC">
      <w:r>
        <w:t>[Indique si los datos están disponibles públicamente, previa solicitud o sujetos a restricciones.]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13. Financiamiento</w:t>
      </w:r>
    </w:p>
    <w:p w:rsidR="0045337D" w:rsidRDefault="001819BC">
      <w:r>
        <w:t>[Indique la fuente de financiamiento. Si no existe, escriba: “Esta investigación no recibió financiamiento externo”.]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14. Contribución de los autores</w:t>
      </w:r>
    </w:p>
    <w:p w:rsidR="0045337D" w:rsidRDefault="001819BC">
      <w:r>
        <w:t>[Indique las contribuciones específicas de cada autor.]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15. Conflicto de intereses</w:t>
      </w:r>
    </w:p>
    <w:p w:rsidR="0045337D" w:rsidRDefault="001819BC">
      <w:r>
        <w:t>[Declare cualquier conflicto de intereses. Si no existe, indique: “Los autores declaran no tener conflicto de intereses”.]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16. Consideraciones éticas</w:t>
      </w:r>
    </w:p>
    <w:p w:rsidR="0045337D" w:rsidRDefault="001819BC">
      <w:r>
        <w:t>[Complete esta sección cuando corresponda.]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17. Agradecimientos</w:t>
      </w:r>
    </w:p>
    <w:p w:rsidR="0045337D" w:rsidRDefault="001819BC">
      <w:r>
        <w:t>[Opcional.]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18. Referencias</w:t>
      </w:r>
    </w:p>
    <w:p w:rsidR="0045337D" w:rsidRDefault="001819BC">
      <w:r>
        <w:t>[Incluya únicamente las referencias citadas en el texto y aplique de manera uniforme el estilo bibliográfico definido por el Anuario.]</w:t>
      </w:r>
    </w:p>
    <w:p w:rsidR="0045337D" w:rsidRDefault="001819BC">
      <w:pPr>
        <w:pStyle w:val="Ttulo2"/>
      </w:pPr>
      <w:r>
        <w:rPr>
          <w:rFonts w:ascii="Times New Roman" w:hAnsi="Times New Roman"/>
          <w:b w:val="0"/>
        </w:rPr>
        <w:t>Ejemplos de referencia</w:t>
      </w:r>
    </w:p>
    <w:p w:rsidR="0045337D" w:rsidRDefault="001819BC">
      <w:pPr>
        <w:spacing w:after="80"/>
        <w:ind w:left="454" w:hanging="454"/>
      </w:pPr>
      <w:r>
        <w:t>[Apellido, N. N. (Año). Título del artículo. Nombre de la Revista, volumen(número), páginas. DOI.]</w:t>
      </w:r>
    </w:p>
    <w:p w:rsidR="0045337D" w:rsidRDefault="001819BC">
      <w:pPr>
        <w:spacing w:after="80"/>
        <w:ind w:left="454" w:hanging="454"/>
      </w:pPr>
      <w:r>
        <w:t>[Apellido, N. N. (Año). Título del libro. Editorial.]</w:t>
      </w:r>
    </w:p>
    <w:p w:rsidR="0045337D" w:rsidRDefault="001819BC">
      <w:pPr>
        <w:spacing w:after="80"/>
        <w:ind w:left="454" w:hanging="454"/>
      </w:pPr>
      <w:r>
        <w:t>[Institución. (Año). Título del documento. Institución responsable.]</w:t>
      </w:r>
    </w:p>
    <w:p w:rsidR="0045337D" w:rsidRDefault="001819BC">
      <w:pPr>
        <w:pStyle w:val="Ttulo1"/>
      </w:pPr>
      <w:r>
        <w:rPr>
          <w:rFonts w:ascii="Times New Roman" w:hAnsi="Times New Roman"/>
          <w:b w:val="0"/>
        </w:rPr>
        <w:t>NOTA EDITORIAL SOBRE ESTILOS</w:t>
      </w:r>
    </w:p>
    <w:p w:rsidR="0045337D" w:rsidRDefault="001819BC">
      <w:r>
        <w:t>La plantilla está configurada para que el autor redacte directamente sobre ella. Los títulos de primer nivel deben utilizar “Heading 1”; los subtítulos de segundo nivel, “Heading 2”; y los de tercer nivel, “Heading 3”. No se recomienda aplicar negritas o cambios manuales de tamaño para simular jerarquías, ya que los estilos permiten una edición y composición editorial uniforme.</w:t>
      </w:r>
    </w:p>
    <w:sectPr w:rsidR="0045337D" w:rsidSect="00034616">
      <w:headerReference w:type="default" r:id="rId8"/>
      <w:footerReference w:type="default" r:id="rId9"/>
      <w:pgSz w:w="12240" w:h="15840"/>
      <w:pgMar w:top="1417" w:right="1531" w:bottom="1417" w:left="1531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5E" w:rsidRDefault="005E755E">
      <w:pPr>
        <w:spacing w:after="0" w:line="240" w:lineRule="auto"/>
      </w:pPr>
      <w:r>
        <w:separator/>
      </w:r>
    </w:p>
  </w:endnote>
  <w:endnote w:type="continuationSeparator" w:id="0">
    <w:p w:rsidR="005E755E" w:rsidRDefault="005E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37D" w:rsidRDefault="001819BC">
    <w:pPr>
      <w:pStyle w:val="Piedepgina"/>
      <w:jc w:val="center"/>
    </w:pPr>
    <w:r>
      <w:rPr>
        <w:sz w:val="16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2F61C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5E" w:rsidRDefault="005E755E">
      <w:pPr>
        <w:spacing w:after="0" w:line="240" w:lineRule="auto"/>
      </w:pPr>
      <w:r>
        <w:separator/>
      </w:r>
    </w:p>
  </w:footnote>
  <w:footnote w:type="continuationSeparator" w:id="0">
    <w:p w:rsidR="005E755E" w:rsidRDefault="005E7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37D" w:rsidRDefault="001819BC">
    <w:pPr>
      <w:pStyle w:val="Encabezado"/>
      <w:jc w:val="right"/>
    </w:pPr>
    <w:r>
      <w:rPr>
        <w:b/>
        <w:sz w:val="16"/>
      </w:rPr>
      <w:t>ANUARIO DIGITAL DE INVESTIGACIÓN DEL POSGRADO EN URBANISMO | UNAM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9BC"/>
    <w:rsid w:val="0029639D"/>
    <w:rsid w:val="002F61C4"/>
    <w:rsid w:val="00326F90"/>
    <w:rsid w:val="0045337D"/>
    <w:rsid w:val="005E755E"/>
    <w:rsid w:val="00623B9C"/>
    <w:rsid w:val="00A66F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3B226"/>
  <w14:defaultImageDpi w14:val="300"/>
  <w15:docId w15:val="{3363C093-DB73-47FE-B4BA-E2002BB6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20"/>
      <w:ind w:firstLine="283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20" w:after="14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 w:after="1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8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  <w:ind w:firstLine="283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">
    <w:name w:val="Resumen"/>
    <w:pPr>
      <w:spacing w:after="100" w:line="240" w:lineRule="auto"/>
      <w:ind w:left="283" w:right="283"/>
    </w:pPr>
    <w:rPr>
      <w:rFonts w:ascii="Times New Roman" w:eastAsia="Times New Roman" w:hAnsi="Times New Roman"/>
      <w:sz w:val="21"/>
    </w:rPr>
  </w:style>
  <w:style w:type="paragraph" w:customStyle="1" w:styleId="Datosdeautor">
    <w:name w:val="Datos de autor"/>
    <w:pPr>
      <w:spacing w:after="40" w:line="240" w:lineRule="auto"/>
    </w:pPr>
    <w:rPr>
      <w:rFonts w:ascii="Times New Roman" w:eastAsia="Times New Roman" w:hAnsi="Times New Roman"/>
      <w:sz w:val="20"/>
    </w:rPr>
  </w:style>
  <w:style w:type="paragraph" w:customStyle="1" w:styleId="Leyenda">
    <w:name w:val="Leyenda"/>
    <w:pPr>
      <w:spacing w:after="80" w:line="240" w:lineRule="auto"/>
    </w:pPr>
    <w:rPr>
      <w:rFonts w:ascii="Times New Roman" w:eastAsia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745DA-FCAA-4BD9-AA74-DF659AA2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740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para Artículos - Anuario Digital de Investigación del Posgrado en Urbanismo UNAM</vt:lpstr>
      <vt:lpstr/>
    </vt:vector>
  </TitlesOfParts>
  <Manager/>
  <Company/>
  <LinksUpToDate>false</LinksUpToDate>
  <CharactersWithSpaces>4806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Artículos - Anuario Digital de Investigación del Posgrado en Urbanismo UNAM</dc:title>
  <dc:subject>Plantilla editorial para autores</dc:subject>
  <dc:creator>Posgrado en Urbanismo, UNAM</dc:creator>
  <cp:keywords>urbanismo, planeación urbana, habitabilidad, sostenibilidad, UNAM</cp:keywords>
  <dc:description>generated by python-docx</dc:description>
  <cp:lastModifiedBy>Coord. Urbanismo</cp:lastModifiedBy>
  <cp:revision>4</cp:revision>
  <dcterms:created xsi:type="dcterms:W3CDTF">2026-08-27T16:18:00Z</dcterms:created>
  <dcterms:modified xsi:type="dcterms:W3CDTF">2026-09-02T17:20:00Z</dcterms:modified>
  <cp:category/>
</cp:coreProperties>
</file>